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A1840"/>
          <w:sz w:val="36"/>
        </w:rPr>
        <w:t>[Your Full Name]</w:t>
      </w:r>
    </w:p>
    <w:p>
      <w:pPr>
        <w:spacing w:after="280"/>
      </w:pPr>
      <w:r>
        <w:rPr>
          <w:color w:val="566074"/>
          <w:sz w:val="20"/>
        </w:rPr>
        <w:t>[City, Country] | [Phone] | [Professional email] | [LinkedIn or portfolio URL]</w:t>
      </w:r>
    </w:p>
    <w:p>
      <w:pPr>
        <w:spacing w:after="240"/>
      </w:pPr>
      <w:r>
        <w:t>[Date, e.g. 8 October 2026]</w:t>
      </w:r>
    </w:p>
    <w:p/>
    <w:p>
      <w:r>
        <w:t>[Hiring Manager's Name]</w:t>
      </w:r>
    </w:p>
    <w:p>
      <w:r>
        <w:t>[Job Title]</w:t>
      </w:r>
    </w:p>
    <w:p>
      <w:r>
        <w:t>[Company Name]</w:t>
      </w:r>
    </w:p>
    <w:p>
      <w:pPr>
        <w:spacing w:after="280"/>
      </w:pPr>
      <w:r>
        <w:t>[City, Country]</w:t>
      </w:r>
    </w:p>
    <w:p>
      <w:pPr>
        <w:spacing w:after="200"/>
      </w:pPr>
      <w:r>
        <w:t>Dear [Ms/Mr Surname],</w:t>
      </w:r>
    </w:p>
    <w:p>
      <w:pPr>
        <w:spacing w:after="200"/>
      </w:pPr>
      <w:r>
        <w:t>I'm applying for the [Job Title] position at [Company Name]. For the past [number] years I have led [team size / function / number of sites] at [Employer], with responsibility for [budget, P&amp;L or key area].</w:t>
      </w:r>
    </w:p>
    <w:p>
      <w:pPr>
        <w:spacing w:after="200"/>
      </w:pPr>
      <w:r>
        <w:t>Your priorities for this role include [priority 1], [priority 2] and [priority 3]. In my current role I [leadership action] which [business result with a number]. I also led [initiative or change programme], resulting in [measurable outcome].</w:t>
      </w:r>
    </w:p>
    <w:p>
      <w:pPr>
        <w:spacing w:after="200"/>
      </w:pPr>
      <w:r>
        <w:t>I have followed [Company Name]'s [growth, strategy or recent development], and I would like to help [what you would contribute in this role].</w:t>
      </w:r>
    </w:p>
    <w:p>
      <w:pPr>
        <w:spacing w:after="200"/>
      </w:pPr>
      <w:r>
        <w:t>I would welcome the opportunity to discuss your plans in more detail. Thank you for your time and consideration.</w:t>
      </w:r>
    </w:p>
    <w:p>
      <w:r>
        <w:t>Yours sincerely,</w:t>
      </w:r>
    </w:p>
    <w:p>
      <w:r>
        <w:t>[Your Full Name]</w:t>
      </w:r>
    </w:p>
    <w:p>
      <w:pPr>
        <w:spacing w:before="480"/>
      </w:pPr>
      <w:r>
        <w:rPr>
          <w:i/>
          <w:color w:val="8890A0"/>
          <w:sz w:val="17"/>
        </w:rPr>
        <w:t>Template from LinkatoJobs (linkatojobs.com/how-to-write-a-cover-letter/). Replace every [bracketed] prompt with your own true information and delete this line.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template – Manager</dc:title>
  <dc:subject/>
  <dc:creator>LinkatoJobs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