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1840"/>
          <w:sz w:val="36"/>
        </w:rPr>
        <w:t>[Your Full Name]</w:t>
      </w:r>
    </w:p>
    <w:p>
      <w:pPr>
        <w:spacing w:after="280"/>
      </w:pPr>
      <w:r>
        <w:rPr>
          <w:color w:val="566074"/>
          <w:sz w:val="20"/>
        </w:rPr>
        <w:t>[City, Country] | [Phone] | [Professional email] | [LinkedIn or portfolio URL]</w:t>
      </w:r>
    </w:p>
    <w:p>
      <w:pPr>
        <w:spacing w:after="240"/>
      </w:pPr>
      <w:r>
        <w:t>[Date, e.g. 8 October 2026]</w:t>
      </w:r>
    </w:p>
    <w:p/>
    <w:p>
      <w:r>
        <w:t>[Hiring Manager's Name]</w:t>
      </w:r>
    </w:p>
    <w:p>
      <w:r>
        <w:t>[Job Title]</w:t>
      </w:r>
    </w:p>
    <w:p>
      <w:r>
        <w:t>[Company Name]</w:t>
      </w:r>
    </w:p>
    <w:p>
      <w:pPr>
        <w:spacing w:after="280"/>
      </w:pPr>
      <w:r>
        <w:t>[City, Country]</w:t>
      </w:r>
    </w:p>
    <w:p>
      <w:pPr>
        <w:spacing w:after="200"/>
      </w:pPr>
      <w:r>
        <w:t>Dear [Ms/Mr Surname / Hiring Manager],</w:t>
      </w:r>
    </w:p>
    <w:p>
      <w:pPr>
        <w:spacing w:after="200"/>
      </w:pPr>
      <w:r>
        <w:t>I'd like to apply for the [Job Title] role (Ref. [reference number]) at [Company Name]. I bring [number] years of experience in [your field or specialism], most recently [one specific, relevant result].</w:t>
      </w:r>
    </w:p>
    <w:p>
      <w:pPr>
        <w:spacing w:after="200"/>
      </w:pPr>
      <w:r>
        <w:t>Your advert highlights [requirement 1], [requirement 2] and [requirement 3]. In my current role at [Employer], I [what you do that matches requirement 1]. I also [achievement with a number that proves requirement 2 or 3], and I hold [relevant qualification or certification, if any].</w:t>
      </w:r>
    </w:p>
    <w:p>
      <w:pPr>
        <w:spacing w:after="200"/>
      </w:pPr>
      <w:r>
        <w:t>I'm particularly interested in [Company Name] because [a specific, true reason: a project, service, value or plan you found in your research].</w:t>
      </w:r>
    </w:p>
    <w:p>
      <w:pPr>
        <w:spacing w:after="200"/>
      </w:pPr>
      <w:r>
        <w:t>I'd welcome the opportunity to discuss how I could contribute to your team. Thank you for your time and consideration.</w:t>
      </w:r>
    </w:p>
    <w:p>
      <w:r>
        <w:t>Kind regards,</w:t>
      </w:r>
    </w:p>
    <w:p>
      <w:r>
        <w:t>[Your Full Name]</w:t>
      </w:r>
    </w:p>
    <w:p>
      <w:pPr>
        <w:spacing w:before="480"/>
      </w:pPr>
      <w:r>
        <w:rPr>
          <w:i/>
          <w:color w:val="8890A0"/>
          <w:sz w:val="17"/>
        </w:rPr>
        <w:t>Template from LinkatoJobs (linkatojobs.com/how-to-write-a-cover-letter/). Replace every [bracketed] prompt with your own true information and delete this line.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 – Professional</dc:title>
  <dc:subject/>
  <dc:creator>LinkatoJobs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